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 w:eastAsia="Arial"/>
          <w:b/>
          <w:i w:val="0"/>
          <w:color w:val="000000"/>
          <w:sz w:val="20"/>
        </w:rPr>
        <w:t>ANEXO VII</w:t>
      </w:r>
    </w:p>
    <w:p>
      <w:pPr>
        <w:spacing w:after="240"/>
        <w:jc w:val="center"/>
      </w:pPr>
      <w:r>
        <w:rPr>
          <w:rFonts w:ascii="Arial" w:hAnsi="Arial" w:eastAsia="Arial"/>
          <w:b w:val="0"/>
          <w:i w:val="0"/>
          <w:color w:val="000000"/>
          <w:sz w:val="20"/>
        </w:rPr>
        <w:t>Termos de responsabilidade</w:t>
      </w:r>
    </w:p>
    <w:p>
      <w:pPr>
        <w:spacing w:after="220" w:line="252" w:lineRule="auto"/>
        <w:jc w:val="center"/>
      </w:pPr>
      <w:r>
        <w:rPr>
          <w:rFonts w:ascii="Arial" w:hAnsi="Arial" w:eastAsia="Arial"/>
          <w:b/>
          <w:i w:val="0"/>
          <w:color w:val="000000"/>
          <w:sz w:val="25"/>
        </w:rPr>
        <w:t>IV — Termo de responsabilidade do diretor de obra ou do diretor de fiscalização de obra, que atesta a conformidade da obra com o projeto aprovado ou comunicado</w:t>
      </w:r>
    </w:p>
    <w:p>
      <w:pPr>
        <w:spacing w:before="0" w:after="140" w:line="276" w:lineRule="auto"/>
        <w:jc w:val="both"/>
      </w:pP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[nome e habilitação profissional]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com domicílio em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[domicílio]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contribuinte n.º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[NIF]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inscrito na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[associação pública profissional]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 sob o n.º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[número de inscrição]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declara, para efeitos do disposto na alínea b) do n.º 1 do artigo 62.º-A do Decreto-Lei n.º 555/99, de 16 de dezembro, na sua redação atual, na qualidade de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[diretor de obra / diretor de fiscalização de obra / técnico legalmente habilitado]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que a obra localizada em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[localização da obra]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com a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[licença n.º / comunicação prévia n.º / informação prévia favorável n.º]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cujo titular é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[nome e morada do titular]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se encontra concluída desde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[dia/mês/ano]</w:t>
      </w:r>
      <w:r>
        <w:rPr>
          <w:rFonts w:ascii="Arial" w:hAnsi="Arial" w:eastAsia="Arial"/>
          <w:b w:val="0"/>
          <w:i w:val="0"/>
          <w:color w:val="000000"/>
          <w:sz w:val="20"/>
        </w:rPr>
        <w:t>, em conformidade com:</w:t>
      </w:r>
    </w:p>
    <w:p>
      <w:pPr>
        <w:spacing w:before="20" w:after="100"/>
      </w:pPr>
      <w:r>
        <w:rPr>
          <w:rFonts w:ascii="Arial" w:hAnsi="Arial" w:eastAsia="Arial"/>
          <w:b w:val="0"/>
          <w:i/>
          <w:color w:val="000000"/>
          <w:sz w:val="17"/>
        </w:rPr>
        <w:t>(a preencher com «X», se aplicável)</w:t>
      </w:r>
    </w:p>
    <w:p>
      <w:pPr>
        <w:spacing w:after="100" w:line="259" w:lineRule="auto"/>
        <w:ind w:left="369" w:hanging="369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☐  </w:t>
      </w:r>
      <w:r>
        <w:rPr>
          <w:rFonts w:ascii="Arial" w:hAnsi="Arial" w:eastAsia="Arial"/>
          <w:b w:val="0"/>
          <w:i w:val="0"/>
          <w:color w:val="000000"/>
          <w:sz w:val="20"/>
        </w:rPr>
        <w:t>O projeto de arquitetura e arranjos exteriores aprovado ou apresentado;</w:t>
      </w:r>
    </w:p>
    <w:p>
      <w:pPr>
        <w:spacing w:after="100" w:line="259" w:lineRule="auto"/>
        <w:ind w:left="369" w:hanging="369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☐  </w:t>
      </w:r>
      <w:r>
        <w:rPr>
          <w:rFonts w:ascii="Arial" w:hAnsi="Arial" w:eastAsia="Arial"/>
          <w:b w:val="0"/>
          <w:i w:val="0"/>
          <w:color w:val="000000"/>
          <w:sz w:val="20"/>
        </w:rPr>
        <w:t>As normas legais e regulamentares que lhe são aplicáveis, no que se refere às alterações em obra isentas de licença ou comunicação, incluindo quanto à utilização prevista;</w:t>
      </w:r>
    </w:p>
    <w:p>
      <w:pPr>
        <w:spacing w:after="100" w:line="259" w:lineRule="auto"/>
        <w:ind w:left="369" w:hanging="369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☐  </w:t>
      </w:r>
      <w:r>
        <w:rPr>
          <w:rFonts w:ascii="Arial" w:hAnsi="Arial" w:eastAsia="Arial"/>
          <w:b w:val="0"/>
          <w:i w:val="0"/>
          <w:color w:val="000000"/>
          <w:sz w:val="20"/>
        </w:rPr>
        <w:t>As condicionantes que decorrem do título da operação urbanística.</w:t>
      </w:r>
    </w:p>
    <w:p>
      <w:pPr>
        <w:spacing w:after="120"/>
      </w:pPr>
      <w:r>
        <w:rPr>
          <w:rFonts w:ascii="Arial" w:hAnsi="Arial" w:eastAsia="Arial"/>
          <w:b/>
          <w:i w:val="0"/>
          <w:color w:val="000000"/>
          <w:sz w:val="20"/>
        </w:rPr>
        <w:t xml:space="preserve">Data: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[dia/mês/ano]</w:t>
      </w:r>
    </w:p>
    <w:p>
      <w:pPr>
        <w:spacing w:after="120"/>
      </w:pPr>
      <w:r>
        <w:rPr>
          <w:rFonts w:ascii="Arial" w:hAnsi="Arial" w:eastAsia="Arial"/>
          <w:b/>
          <w:i w:val="0"/>
          <w:color w:val="000000"/>
          <w:sz w:val="20"/>
        </w:rPr>
        <w:t xml:space="preserve">Assinatura: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[assinatura digital]</w:t>
      </w:r>
    </w:p>
    <w:p>
      <w:pPr>
        <w:spacing w:after="120"/>
      </w:pPr>
      <w:r>
        <w:rPr>
          <w:rFonts w:ascii="Arial" w:hAnsi="Arial" w:eastAsia="Arial"/>
          <w:b/>
          <w:i w:val="0"/>
          <w:color w:val="000000"/>
          <w:sz w:val="20"/>
        </w:rPr>
        <w:t xml:space="preserve">Código de verificação das competências profissionais: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[código]</w:t>
      </w:r>
    </w:p>
    <w:p>
      <w:pPr>
        <w:spacing w:before="160" w:after="100"/>
      </w:pPr>
      <w:r>
        <w:rPr>
          <w:rFonts w:ascii="Arial" w:hAnsi="Arial" w:eastAsia="Arial"/>
          <w:b/>
          <w:i w:val="0"/>
          <w:color w:val="000000"/>
          <w:sz w:val="21"/>
        </w:rPr>
        <w:t>INSTRUÇÕES DE PREENCHIMENTO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6"/>
        </w:rPr>
        <w:t xml:space="preserve">(a)  </w:t>
      </w:r>
      <w:r>
        <w:rPr>
          <w:rFonts w:ascii="Arial" w:hAnsi="Arial" w:eastAsia="Arial"/>
          <w:b w:val="0"/>
          <w:i w:val="0"/>
          <w:color w:val="000000"/>
          <w:sz w:val="16"/>
        </w:rPr>
        <w:t>Indicar o nome e habilitação profissional do diretor de obra ou do diretor de fiscalização de obra;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6"/>
        </w:rPr>
        <w:t xml:space="preserve">(b)  </w:t>
      </w:r>
      <w:r>
        <w:rPr>
          <w:rFonts w:ascii="Arial" w:hAnsi="Arial" w:eastAsia="Arial"/>
          <w:b w:val="0"/>
          <w:i w:val="0"/>
          <w:color w:val="000000"/>
          <w:sz w:val="16"/>
        </w:rPr>
        <w:t>Indicar associação pública de natureza profissional, quando for o caso;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6"/>
        </w:rPr>
        <w:t xml:space="preserve">(c)  </w:t>
      </w:r>
      <w:r>
        <w:rPr>
          <w:rFonts w:ascii="Arial" w:hAnsi="Arial" w:eastAsia="Arial"/>
          <w:b w:val="0"/>
          <w:i w:val="0"/>
          <w:color w:val="000000"/>
          <w:sz w:val="16"/>
        </w:rPr>
        <w:t>Indicar se se trata de diretor de obra, de diretor de fiscalização de obra ou ainda de técnico legalmente habilitado ao exercício daquelas funções, ao abrigo do disposto no n.º 1 do artigo 62.º-A do RJUE;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6"/>
        </w:rPr>
        <w:t xml:space="preserve">(d)  </w:t>
      </w:r>
      <w:r>
        <w:rPr>
          <w:rFonts w:ascii="Arial" w:hAnsi="Arial" w:eastAsia="Arial"/>
          <w:b w:val="0"/>
          <w:i w:val="0"/>
          <w:color w:val="000000"/>
          <w:sz w:val="16"/>
        </w:rPr>
        <w:t>Identificar a localização da obra (rua, número de polícia e freguesia);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6"/>
        </w:rPr>
        <w:t xml:space="preserve">(e)  </w:t>
      </w:r>
      <w:r>
        <w:rPr>
          <w:rFonts w:ascii="Arial" w:hAnsi="Arial" w:eastAsia="Arial"/>
          <w:b w:val="0"/>
          <w:i w:val="0"/>
          <w:color w:val="000000"/>
          <w:sz w:val="16"/>
        </w:rPr>
        <w:t>Identificar o procedimento urbanístico anteriormente submetido;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6"/>
        </w:rPr>
        <w:t xml:space="preserve">(f)  </w:t>
      </w:r>
      <w:r>
        <w:rPr>
          <w:rFonts w:ascii="Arial" w:hAnsi="Arial" w:eastAsia="Arial"/>
          <w:b w:val="0"/>
          <w:i w:val="0"/>
          <w:color w:val="000000"/>
          <w:sz w:val="16"/>
        </w:rPr>
        <w:t>Indicar o nome e morada do titular;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6"/>
        </w:rPr>
        <w:t xml:space="preserve">(g)  </w:t>
      </w:r>
      <w:r>
        <w:rPr>
          <w:rFonts w:ascii="Arial" w:hAnsi="Arial" w:eastAsia="Arial"/>
          <w:b w:val="0"/>
          <w:i w:val="0"/>
          <w:color w:val="000000"/>
          <w:sz w:val="16"/>
        </w:rPr>
        <w:t>Indicar a data da conclusão da obra;</w:t>
      </w:r>
    </w:p>
    <w:p>
      <w:pPr>
        <w:spacing w:after="48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6"/>
        </w:rPr>
        <w:t xml:space="preserve">(h)  </w:t>
      </w:r>
      <w:r>
        <w:rPr>
          <w:rFonts w:ascii="Arial" w:hAnsi="Arial" w:eastAsia="Arial"/>
          <w:b w:val="0"/>
          <w:i w:val="0"/>
          <w:color w:val="000000"/>
          <w:sz w:val="16"/>
        </w:rPr>
        <w:t>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(UE) n.º 910/2014 do Parlamento Europeu e do Conselho.</w:t>
      </w:r>
    </w:p>
    <w:sectPr w:rsidR="00FC693F" w:rsidRPr="0006063C" w:rsidSect="00034616">
      <w:footerReference w:type="default" r:id="rId9"/>
      <w:pgSz w:w="11906" w:h="16838"/>
      <w:pgMar w:top="907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  <w:jc w:val="center"/>
    </w:pPr>
    <w:r>
      <w:rPr>
        <w:rFonts w:ascii="Arial" w:hAnsi="Arial" w:eastAsia="Arial"/>
        <w:b w:val="0"/>
        <w:i w:val="0"/>
        <w:color w:val="000000"/>
        <w:sz w:val="15"/>
      </w:rPr>
      <w:t>Modelo de apoio à instrução do procedimento — Portaria n.º 320/2026/1, de 31 de julho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